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A63B" w14:textId="77777777" w:rsidR="00741819" w:rsidRPr="00A7509B" w:rsidRDefault="00B522C3">
      <w:pPr>
        <w:jc w:val="center"/>
        <w:rPr>
          <w:rFonts w:ascii="Aptos" w:hAnsi="Aptos"/>
          <w:lang w:val="de-CH"/>
        </w:rPr>
      </w:pPr>
      <w:r w:rsidRPr="00A7509B">
        <w:rPr>
          <w:rFonts w:ascii="Aptos" w:hAnsi="Aptos"/>
          <w:b/>
          <w:sz w:val="36"/>
          <w:lang w:val="de-CH"/>
        </w:rPr>
        <w:t>NOMINATION</w:t>
      </w:r>
      <w:r w:rsidRPr="00A7509B">
        <w:rPr>
          <w:rFonts w:ascii="Aptos" w:hAnsi="Aptos"/>
          <w:b/>
          <w:sz w:val="36"/>
          <w:lang w:val="de-CH"/>
        </w:rPr>
        <w:br/>
      </w:r>
      <w:r w:rsidRPr="00A7509B">
        <w:rPr>
          <w:rFonts w:ascii="Aptos" w:hAnsi="Aptos"/>
          <w:b/>
          <w:sz w:val="26"/>
          <w:lang w:val="de-CH"/>
        </w:rPr>
        <w:t>«Rudertrainer/in des Jahres» &amp; «Ehrenamtliche/r Rudertrainer/in des Jahres»</w:t>
      </w:r>
    </w:p>
    <w:p w14:paraId="1C5BA78E" w14:textId="77777777" w:rsidR="00741819" w:rsidRPr="00A7509B" w:rsidRDefault="00741819">
      <w:pPr>
        <w:rPr>
          <w:rFonts w:ascii="Aptos" w:hAnsi="Aptos"/>
        </w:rPr>
      </w:pPr>
    </w:p>
    <w:p w14:paraId="0337BEDE" w14:textId="77777777" w:rsidR="00741819" w:rsidRPr="00A7509B" w:rsidRDefault="00B522C3">
      <w:pPr>
        <w:rPr>
          <w:rFonts w:ascii="Aptos" w:hAnsi="Aptos"/>
        </w:rPr>
      </w:pPr>
      <w:r w:rsidRPr="00A7509B">
        <w:rPr>
          <w:rFonts w:ascii="Aptos" w:hAnsi="Aptos"/>
          <w:b/>
          <w:sz w:val="24"/>
        </w:rPr>
        <w:t>1. Kategorie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31"/>
        <w:gridCol w:w="4986"/>
      </w:tblGrid>
      <w:tr w:rsidR="00741819" w:rsidRPr="00A7509B" w14:paraId="42DBC406" w14:textId="77777777" w:rsidTr="00A7509B">
        <w:trPr>
          <w:jc w:val="center"/>
        </w:trPr>
        <w:sdt>
          <w:sdtPr>
            <w:rPr>
              <w:rFonts w:ascii="Aptos" w:hAnsi="Aptos"/>
              <w:sz w:val="22"/>
            </w:rPr>
            <w:id w:val="1459289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31" w:type="dxa"/>
                <w:vAlign w:val="center"/>
              </w:tcPr>
              <w:p w14:paraId="0CA1FAAE" w14:textId="77ABC153" w:rsidR="00741819" w:rsidRPr="00A7509B" w:rsidRDefault="00A7509B" w:rsidP="00A7509B">
                <w:pPr>
                  <w:ind w:left="746"/>
                  <w:rPr>
                    <w:rFonts w:ascii="Aptos" w:hAnsi="Aptos"/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4986" w:type="dxa"/>
            <w:vAlign w:val="center"/>
          </w:tcPr>
          <w:p w14:paraId="3D1AA940" w14:textId="77777777" w:rsidR="00741819" w:rsidRPr="00A7509B" w:rsidRDefault="00B522C3">
            <w:pPr>
              <w:rPr>
                <w:rFonts w:ascii="Aptos" w:hAnsi="Aptos"/>
                <w:b/>
                <w:bCs/>
                <w:sz w:val="22"/>
              </w:rPr>
            </w:pPr>
            <w:r w:rsidRPr="00A7509B">
              <w:rPr>
                <w:rFonts w:ascii="Aptos" w:hAnsi="Aptos"/>
                <w:b/>
                <w:bCs/>
                <w:sz w:val="22"/>
              </w:rPr>
              <w:t>Rudertrainer/in des Jahres</w:t>
            </w:r>
          </w:p>
        </w:tc>
      </w:tr>
      <w:tr w:rsidR="00741819" w:rsidRPr="00A7509B" w14:paraId="5813EF72" w14:textId="77777777" w:rsidTr="00A7509B">
        <w:trPr>
          <w:jc w:val="center"/>
        </w:trPr>
        <w:tc>
          <w:tcPr>
            <w:tcW w:w="1831" w:type="dxa"/>
            <w:vAlign w:val="center"/>
          </w:tcPr>
          <w:p w14:paraId="03FBE530" w14:textId="13DCC748" w:rsidR="00741819" w:rsidRPr="00A7509B" w:rsidRDefault="00A7509B" w:rsidP="00A7509B">
            <w:pPr>
              <w:ind w:left="746"/>
              <w:rPr>
                <w:rFonts w:ascii="Aptos" w:hAnsi="Aptos"/>
                <w:sz w:val="22"/>
              </w:rPr>
            </w:pPr>
            <w:sdt>
              <w:sdtPr>
                <w:rPr>
                  <w:rFonts w:ascii="Aptos" w:hAnsi="Aptos"/>
                  <w:sz w:val="22"/>
                </w:rPr>
                <w:id w:val="-1695840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</w:p>
        </w:tc>
        <w:tc>
          <w:tcPr>
            <w:tcW w:w="4986" w:type="dxa"/>
            <w:vAlign w:val="center"/>
          </w:tcPr>
          <w:p w14:paraId="71940F18" w14:textId="77777777" w:rsidR="00741819" w:rsidRPr="00A7509B" w:rsidRDefault="00B522C3">
            <w:pPr>
              <w:rPr>
                <w:rFonts w:ascii="Aptos" w:hAnsi="Aptos"/>
                <w:b/>
                <w:bCs/>
                <w:sz w:val="22"/>
                <w:lang w:val="de-CH"/>
              </w:rPr>
            </w:pPr>
            <w:r w:rsidRPr="00A7509B">
              <w:rPr>
                <w:rFonts w:ascii="Aptos" w:hAnsi="Aptos"/>
                <w:b/>
                <w:bCs/>
                <w:sz w:val="22"/>
                <w:lang w:val="de-CH"/>
              </w:rPr>
              <w:t>Ehrenamtliche/r Rudertrainer/in des Jahres</w:t>
            </w:r>
          </w:p>
        </w:tc>
      </w:tr>
    </w:tbl>
    <w:p w14:paraId="1AF0D698" w14:textId="77777777" w:rsidR="00741819" w:rsidRPr="00A7509B" w:rsidRDefault="00B522C3">
      <w:pPr>
        <w:rPr>
          <w:rFonts w:ascii="Aptos" w:hAnsi="Aptos"/>
        </w:rPr>
      </w:pPr>
      <w:r w:rsidRPr="00A7509B">
        <w:rPr>
          <w:rFonts w:ascii="Aptos" w:hAnsi="Aptos"/>
          <w:b/>
          <w:sz w:val="24"/>
        </w:rPr>
        <w:t xml:space="preserve">2. </w:t>
      </w:r>
      <w:proofErr w:type="spellStart"/>
      <w:r w:rsidRPr="00A7509B">
        <w:rPr>
          <w:rFonts w:ascii="Aptos" w:hAnsi="Aptos"/>
          <w:b/>
          <w:sz w:val="24"/>
        </w:rPr>
        <w:t>Angaben</w:t>
      </w:r>
      <w:proofErr w:type="spellEnd"/>
      <w:r w:rsidRPr="00A7509B">
        <w:rPr>
          <w:rFonts w:ascii="Aptos" w:hAnsi="Aptos"/>
          <w:b/>
          <w:sz w:val="24"/>
        </w:rPr>
        <w:t xml:space="preserve"> </w:t>
      </w:r>
      <w:proofErr w:type="spellStart"/>
      <w:r w:rsidRPr="00A7509B">
        <w:rPr>
          <w:rFonts w:ascii="Aptos" w:hAnsi="Aptos"/>
          <w:b/>
          <w:sz w:val="24"/>
        </w:rPr>
        <w:t>zur</w:t>
      </w:r>
      <w:proofErr w:type="spellEnd"/>
      <w:r w:rsidRPr="00A7509B">
        <w:rPr>
          <w:rFonts w:ascii="Aptos" w:hAnsi="Aptos"/>
          <w:b/>
          <w:sz w:val="24"/>
        </w:rPr>
        <w:t xml:space="preserve"> </w:t>
      </w:r>
      <w:proofErr w:type="spellStart"/>
      <w:r w:rsidRPr="00A7509B">
        <w:rPr>
          <w:rFonts w:ascii="Aptos" w:hAnsi="Aptos"/>
          <w:b/>
          <w:sz w:val="24"/>
        </w:rPr>
        <w:t>nominierten</w:t>
      </w:r>
      <w:proofErr w:type="spellEnd"/>
      <w:r w:rsidRPr="00A7509B">
        <w:rPr>
          <w:rFonts w:ascii="Aptos" w:hAnsi="Aptos"/>
          <w:b/>
          <w:sz w:val="24"/>
        </w:rPr>
        <w:t xml:space="preserve"> Person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41819" w:rsidRPr="00A7509B" w14:paraId="35E9D569" w14:textId="77777777">
        <w:trPr>
          <w:jc w:val="center"/>
        </w:trPr>
        <w:tc>
          <w:tcPr>
            <w:tcW w:w="4986" w:type="dxa"/>
            <w:vAlign w:val="center"/>
          </w:tcPr>
          <w:p w14:paraId="2465340D" w14:textId="77777777" w:rsidR="00741819" w:rsidRPr="00A7509B" w:rsidRDefault="00B522C3">
            <w:pPr>
              <w:rPr>
                <w:rFonts w:ascii="Aptos" w:hAnsi="Aptos"/>
                <w:sz w:val="22"/>
              </w:rPr>
            </w:pPr>
            <w:r w:rsidRPr="00A7509B">
              <w:rPr>
                <w:rFonts w:ascii="Aptos" w:hAnsi="Aptos"/>
                <w:sz w:val="22"/>
              </w:rPr>
              <w:t>Name / Vorname</w:t>
            </w:r>
          </w:p>
        </w:tc>
        <w:tc>
          <w:tcPr>
            <w:tcW w:w="4986" w:type="dxa"/>
          </w:tcPr>
          <w:p w14:paraId="598A9E5A" w14:textId="0DCE57CF" w:rsidR="00741819" w:rsidRPr="00A7509B" w:rsidRDefault="00A7509B">
            <w:pPr>
              <w:rPr>
                <w:rFonts w:ascii="Aptos" w:hAnsi="Aptos"/>
                <w:lang w:val="de-CH"/>
              </w:rPr>
            </w:pPr>
            <w:sdt>
              <w:sdtPr>
                <w:rPr>
                  <w:rFonts w:ascii="Aptos" w:hAnsi="Aptos"/>
                </w:rPr>
                <w:id w:val="770135378"/>
                <w:placeholder>
                  <w:docPart w:val="DefaultPlaceholder_-1854013440"/>
                </w:placeholder>
                <w:showingPlcHdr/>
              </w:sdtPr>
              <w:sdtContent>
                <w:r w:rsidRPr="00A7509B">
                  <w:rPr>
                    <w:rStyle w:val="Platzhaltertext"/>
                    <w:rFonts w:ascii="Aptos" w:hAnsi="Aptos"/>
                    <w:lang w:val="de-CH"/>
                  </w:rPr>
                  <w:t>Klicken oder tippen Sie hier, um Text einzugeben.</w:t>
                </w:r>
              </w:sdtContent>
            </w:sdt>
            <w:r w:rsidR="00B522C3" w:rsidRPr="00A7509B">
              <w:rPr>
                <w:rFonts w:ascii="Aptos" w:hAnsi="Aptos"/>
                <w:lang w:val="de-CH"/>
              </w:rPr>
              <w:br/>
              <w:t>______________________________</w:t>
            </w:r>
          </w:p>
        </w:tc>
      </w:tr>
      <w:tr w:rsidR="00741819" w:rsidRPr="00A7509B" w14:paraId="16EBF599" w14:textId="77777777">
        <w:trPr>
          <w:jc w:val="center"/>
        </w:trPr>
        <w:tc>
          <w:tcPr>
            <w:tcW w:w="4986" w:type="dxa"/>
            <w:vAlign w:val="center"/>
          </w:tcPr>
          <w:p w14:paraId="66ACFA81" w14:textId="77777777" w:rsidR="00741819" w:rsidRPr="00A7509B" w:rsidRDefault="00B522C3">
            <w:pPr>
              <w:rPr>
                <w:rFonts w:ascii="Aptos" w:hAnsi="Aptos"/>
                <w:sz w:val="22"/>
              </w:rPr>
            </w:pPr>
            <w:r w:rsidRPr="00A7509B">
              <w:rPr>
                <w:rFonts w:ascii="Aptos" w:hAnsi="Aptos"/>
                <w:sz w:val="22"/>
              </w:rPr>
              <w:t>Club</w:t>
            </w:r>
          </w:p>
        </w:tc>
        <w:tc>
          <w:tcPr>
            <w:tcW w:w="4986" w:type="dxa"/>
          </w:tcPr>
          <w:p w14:paraId="15130D25" w14:textId="5D0023D1" w:rsidR="00741819" w:rsidRPr="00A7509B" w:rsidRDefault="00A7509B">
            <w:pPr>
              <w:rPr>
                <w:rFonts w:ascii="Aptos" w:hAnsi="Aptos"/>
                <w:lang w:val="de-CH"/>
              </w:rPr>
            </w:pPr>
            <w:sdt>
              <w:sdtPr>
                <w:rPr>
                  <w:rFonts w:ascii="Aptos" w:hAnsi="Aptos"/>
                </w:rPr>
                <w:id w:val="-1332755735"/>
                <w:placeholder>
                  <w:docPart w:val="DefaultPlaceholder_-1854013440"/>
                </w:placeholder>
                <w:showingPlcHdr/>
              </w:sdtPr>
              <w:sdtContent>
                <w:r w:rsidRPr="00A7509B">
                  <w:rPr>
                    <w:rStyle w:val="Platzhaltertext"/>
                    <w:rFonts w:ascii="Aptos" w:hAnsi="Aptos"/>
                    <w:lang w:val="de-CH"/>
                  </w:rPr>
                  <w:t>Klicken oder tippen Sie hier, um Text einzugeben.</w:t>
                </w:r>
              </w:sdtContent>
            </w:sdt>
            <w:r w:rsidR="00B522C3" w:rsidRPr="00A7509B">
              <w:rPr>
                <w:rFonts w:ascii="Aptos" w:hAnsi="Aptos"/>
                <w:lang w:val="de-CH"/>
              </w:rPr>
              <w:br/>
              <w:t>______________________________</w:t>
            </w:r>
          </w:p>
        </w:tc>
      </w:tr>
    </w:tbl>
    <w:p w14:paraId="24C5C73F" w14:textId="77777777" w:rsidR="00741819" w:rsidRPr="00A7509B" w:rsidRDefault="00B522C3">
      <w:pPr>
        <w:rPr>
          <w:rFonts w:ascii="Aptos" w:hAnsi="Aptos"/>
          <w:lang w:val="de-CH"/>
        </w:rPr>
      </w:pPr>
      <w:r w:rsidRPr="00A7509B">
        <w:rPr>
          <w:rFonts w:ascii="Aptos" w:hAnsi="Aptos"/>
          <w:b/>
          <w:sz w:val="24"/>
          <w:lang w:val="de-CH"/>
        </w:rPr>
        <w:t>3. Begründung der Nomination</w:t>
      </w:r>
    </w:p>
    <w:p w14:paraId="1BABA6AE" w14:textId="77777777" w:rsidR="00741819" w:rsidRPr="00A7509B" w:rsidRDefault="00B522C3">
      <w:pPr>
        <w:spacing w:before="120" w:after="60"/>
        <w:rPr>
          <w:rFonts w:ascii="Aptos" w:hAnsi="Aptos"/>
          <w:sz w:val="22"/>
          <w:lang w:val="de-CH"/>
        </w:rPr>
      </w:pPr>
      <w:r w:rsidRPr="00A7509B">
        <w:rPr>
          <w:rFonts w:ascii="Aptos" w:hAnsi="Aptos"/>
          <w:b/>
          <w:sz w:val="22"/>
          <w:lang w:val="de-CH"/>
        </w:rPr>
        <w:t>1) Ausserordentliche sportliche Leistungen des Teams und/oder einzelner Athlet/innen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A7509B" w14:paraId="06BAF833" w14:textId="77777777">
        <w:trPr>
          <w:jc w:val="center"/>
        </w:trPr>
        <w:sdt>
          <w:sdtPr>
            <w:rPr>
              <w:rFonts w:ascii="Aptos" w:hAnsi="Aptos"/>
              <w:sz w:val="22"/>
              <w:lang w:val="de-CH"/>
            </w:rPr>
            <w:id w:val="120892701"/>
            <w:placeholder>
              <w:docPart w:val="DefaultPlaceholder_-1854013440"/>
            </w:placeholder>
            <w:showingPlcHdr/>
          </w:sdtPr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23261331" w14:textId="4D3BDCC0" w:rsidR="00741819" w:rsidRPr="00A7509B" w:rsidRDefault="00A7509B">
                <w:pPr>
                  <w:rPr>
                    <w:rFonts w:ascii="Aptos" w:hAnsi="Aptos"/>
                    <w:sz w:val="22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sz w:val="22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4DD0753F" w14:textId="77777777" w:rsidR="00741819" w:rsidRPr="00A7509B" w:rsidRDefault="00B522C3">
      <w:pPr>
        <w:spacing w:before="120" w:after="60"/>
        <w:rPr>
          <w:rFonts w:ascii="Aptos" w:hAnsi="Aptos"/>
          <w:sz w:val="22"/>
        </w:rPr>
      </w:pPr>
      <w:r w:rsidRPr="00A7509B">
        <w:rPr>
          <w:rFonts w:ascii="Aptos" w:hAnsi="Aptos"/>
          <w:b/>
          <w:sz w:val="22"/>
        </w:rPr>
        <w:t>2) Entwicklung / Aufbau einer Trainingsgruppe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A7509B" w14:paraId="0E2D2F02" w14:textId="77777777">
        <w:trPr>
          <w:jc w:val="center"/>
        </w:trPr>
        <w:sdt>
          <w:sdtPr>
            <w:rPr>
              <w:rFonts w:ascii="Aptos" w:hAnsi="Aptos"/>
              <w:sz w:val="22"/>
            </w:rPr>
            <w:id w:val="2060969964"/>
            <w:placeholder>
              <w:docPart w:val="DefaultPlaceholder_-1854013440"/>
            </w:placeholder>
            <w:showingPlcHdr/>
          </w:sdtPr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512EDEFB" w14:textId="62BAAD52" w:rsidR="00741819" w:rsidRPr="00A7509B" w:rsidRDefault="00A7509B">
                <w:pPr>
                  <w:rPr>
                    <w:rFonts w:ascii="Aptos" w:hAnsi="Aptos"/>
                    <w:sz w:val="22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sz w:val="22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767121CF" w14:textId="77777777" w:rsidR="00741819" w:rsidRPr="00A7509B" w:rsidRDefault="00B522C3">
      <w:pPr>
        <w:spacing w:before="120" w:after="60"/>
        <w:rPr>
          <w:rFonts w:ascii="Aptos" w:hAnsi="Aptos"/>
          <w:sz w:val="22"/>
        </w:rPr>
      </w:pPr>
      <w:r w:rsidRPr="00A7509B">
        <w:rPr>
          <w:rFonts w:ascii="Aptos" w:hAnsi="Aptos"/>
          <w:b/>
          <w:sz w:val="22"/>
        </w:rPr>
        <w:t>3) Initiierung und Umsetzung von Clubprojekten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A7509B" w14:paraId="2738AD75" w14:textId="77777777">
        <w:trPr>
          <w:jc w:val="center"/>
        </w:trPr>
        <w:sdt>
          <w:sdtPr>
            <w:rPr>
              <w:rFonts w:ascii="Aptos" w:hAnsi="Aptos"/>
              <w:sz w:val="22"/>
            </w:rPr>
            <w:id w:val="126756440"/>
            <w:placeholder>
              <w:docPart w:val="DefaultPlaceholder_-1854013440"/>
            </w:placeholder>
            <w:showingPlcHdr/>
          </w:sdtPr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6D2B0A57" w14:textId="24C7205A" w:rsidR="00741819" w:rsidRPr="00A7509B" w:rsidRDefault="00A7509B">
                <w:pPr>
                  <w:rPr>
                    <w:rFonts w:ascii="Aptos" w:hAnsi="Aptos"/>
                    <w:sz w:val="22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sz w:val="22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4463331A" w14:textId="77777777" w:rsidR="00741819" w:rsidRPr="00A7509B" w:rsidRDefault="00B522C3">
      <w:pPr>
        <w:spacing w:before="120" w:after="60"/>
        <w:rPr>
          <w:rFonts w:ascii="Aptos" w:hAnsi="Aptos"/>
          <w:sz w:val="22"/>
        </w:rPr>
      </w:pPr>
      <w:r w:rsidRPr="00A7509B">
        <w:rPr>
          <w:rFonts w:ascii="Aptos" w:hAnsi="Aptos"/>
          <w:b/>
          <w:sz w:val="22"/>
        </w:rPr>
        <w:t>4) Weitere Argumente für die Nomination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56"/>
      </w:tblGrid>
      <w:tr w:rsidR="00741819" w:rsidRPr="00A7509B" w14:paraId="66F49CFE" w14:textId="77777777">
        <w:trPr>
          <w:jc w:val="center"/>
        </w:trPr>
        <w:sdt>
          <w:sdtPr>
            <w:rPr>
              <w:rFonts w:ascii="Aptos" w:hAnsi="Aptos"/>
            </w:rPr>
            <w:id w:val="2096972678"/>
            <w:placeholder>
              <w:docPart w:val="DefaultPlaceholder_-1854013440"/>
            </w:placeholder>
            <w:showingPlcHdr/>
          </w:sdtPr>
          <w:sdtContent>
            <w:tc>
              <w:tcPr>
                <w:tcW w:w="997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</w:tcPr>
              <w:p w14:paraId="2CAC3EDE" w14:textId="5F45F53A" w:rsidR="00741819" w:rsidRPr="00A7509B" w:rsidRDefault="00A7509B">
                <w:pPr>
                  <w:rPr>
                    <w:rFonts w:ascii="Aptos" w:hAnsi="Aptos"/>
                    <w:lang w:val="de-CH"/>
                  </w:rPr>
                </w:pPr>
                <w:r w:rsidRPr="00A7509B">
                  <w:rPr>
                    <w:rStyle w:val="Platzhaltertext"/>
                    <w:rFonts w:ascii="Aptos" w:hAnsi="Aptos"/>
                    <w:lang w:val="de-CH"/>
                  </w:rPr>
                  <w:t>Klicken oder tippen Sie hier, um Text einzugeben.</w:t>
                </w:r>
              </w:p>
            </w:tc>
          </w:sdtContent>
        </w:sdt>
      </w:tr>
    </w:tbl>
    <w:p w14:paraId="5137AE04" w14:textId="77777777" w:rsidR="00741819" w:rsidRPr="00A7509B" w:rsidRDefault="00741819">
      <w:pPr>
        <w:rPr>
          <w:rFonts w:ascii="Aptos" w:hAnsi="Aptos"/>
          <w:lang w:val="de-CH"/>
        </w:rPr>
      </w:pPr>
    </w:p>
    <w:p w14:paraId="601B9EF3" w14:textId="77777777" w:rsidR="00741819" w:rsidRPr="00A7509B" w:rsidRDefault="00B522C3">
      <w:pPr>
        <w:rPr>
          <w:rFonts w:ascii="Aptos" w:hAnsi="Aptos"/>
          <w:lang w:val="de-CH"/>
        </w:rPr>
      </w:pPr>
      <w:r w:rsidRPr="00A7509B">
        <w:rPr>
          <w:rFonts w:ascii="Aptos" w:hAnsi="Aptos"/>
          <w:b/>
          <w:sz w:val="24"/>
          <w:lang w:val="de-CH"/>
        </w:rPr>
        <w:t>4. Einreichung</w:t>
      </w:r>
    </w:p>
    <w:p w14:paraId="1EADC5C4" w14:textId="5404806C" w:rsidR="00741819" w:rsidRPr="00A7509B" w:rsidRDefault="00B522C3">
      <w:pPr>
        <w:rPr>
          <w:rFonts w:ascii="Aptos" w:hAnsi="Aptos"/>
          <w:sz w:val="22"/>
          <w:lang w:val="de-CH"/>
        </w:rPr>
      </w:pPr>
      <w:r w:rsidRPr="00A7509B">
        <w:rPr>
          <w:rFonts w:ascii="Aptos" w:hAnsi="Aptos"/>
          <w:sz w:val="22"/>
          <w:lang w:val="de-CH"/>
        </w:rPr>
        <w:t xml:space="preserve">Bitte sende dieses Formular </w:t>
      </w:r>
      <w:r w:rsidRPr="00A7509B">
        <w:rPr>
          <w:rFonts w:ascii="Aptos" w:hAnsi="Aptos"/>
          <w:sz w:val="22"/>
          <w:lang w:val="de-CH"/>
        </w:rPr>
        <w:t xml:space="preserve">per E-Mail an </w:t>
      </w:r>
      <w:hyperlink r:id="rId8" w:history="1">
        <w:r w:rsidR="00A7509B" w:rsidRPr="00BA0381">
          <w:rPr>
            <w:rStyle w:val="Hyperlink"/>
            <w:rFonts w:ascii="Aptos" w:hAnsi="Aptos"/>
            <w:sz w:val="22"/>
            <w:lang w:val="de-CH"/>
          </w:rPr>
          <w:t>info@swissrowing.ch</w:t>
        </w:r>
      </w:hyperlink>
      <w:r w:rsidRPr="00A7509B">
        <w:rPr>
          <w:rFonts w:ascii="Aptos" w:hAnsi="Aptos"/>
          <w:sz w:val="22"/>
          <w:lang w:val="de-CH"/>
        </w:rPr>
        <w:t>.</w:t>
      </w:r>
      <w:r w:rsidR="00A7509B">
        <w:rPr>
          <w:rFonts w:ascii="Aptos" w:hAnsi="Aptos"/>
          <w:sz w:val="22"/>
          <w:lang w:val="de-CH"/>
        </w:rPr>
        <w:t xml:space="preserve"> Bis spätestens 23. Oktober 2026</w:t>
      </w:r>
    </w:p>
    <w:sectPr w:rsidR="00741819" w:rsidRPr="00A7509B" w:rsidSect="00034616">
      <w:head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CAAC" w14:textId="77777777" w:rsidR="00B522C3" w:rsidRDefault="00B522C3" w:rsidP="00A7509B">
      <w:pPr>
        <w:spacing w:after="0" w:line="240" w:lineRule="auto"/>
      </w:pPr>
      <w:r>
        <w:separator/>
      </w:r>
    </w:p>
  </w:endnote>
  <w:endnote w:type="continuationSeparator" w:id="0">
    <w:p w14:paraId="4DB8D094" w14:textId="77777777" w:rsidR="00B522C3" w:rsidRDefault="00B522C3" w:rsidP="00A75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25C90" w14:textId="77777777" w:rsidR="00B522C3" w:rsidRDefault="00B522C3" w:rsidP="00A7509B">
      <w:pPr>
        <w:spacing w:after="0" w:line="240" w:lineRule="auto"/>
      </w:pPr>
      <w:r>
        <w:separator/>
      </w:r>
    </w:p>
  </w:footnote>
  <w:footnote w:type="continuationSeparator" w:id="0">
    <w:p w14:paraId="6B082357" w14:textId="77777777" w:rsidR="00B522C3" w:rsidRDefault="00B522C3" w:rsidP="00A75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A6CEC" w14:textId="4F9E0CB4" w:rsidR="00A7509B" w:rsidRDefault="00A7509B" w:rsidP="00A7509B">
    <w:pPr>
      <w:pStyle w:val="Kopfzeile"/>
      <w:jc w:val="center"/>
    </w:pPr>
    <w:r>
      <w:rPr>
        <w:noProof/>
      </w:rPr>
      <w:drawing>
        <wp:inline distT="0" distB="0" distL="0" distR="0" wp14:anchorId="7794B780" wp14:editId="2184750B">
          <wp:extent cx="762000" cy="852055"/>
          <wp:effectExtent l="0" t="0" r="0" b="571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507" cy="859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196FAA" w14:textId="77777777" w:rsidR="00A7509B" w:rsidRDefault="00A750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5572708">
    <w:abstractNumId w:val="8"/>
  </w:num>
  <w:num w:numId="2" w16cid:durableId="1340541284">
    <w:abstractNumId w:val="6"/>
  </w:num>
  <w:num w:numId="3" w16cid:durableId="354038395">
    <w:abstractNumId w:val="5"/>
  </w:num>
  <w:num w:numId="4" w16cid:durableId="1003511998">
    <w:abstractNumId w:val="4"/>
  </w:num>
  <w:num w:numId="5" w16cid:durableId="848832704">
    <w:abstractNumId w:val="7"/>
  </w:num>
  <w:num w:numId="6" w16cid:durableId="1285497411">
    <w:abstractNumId w:val="3"/>
  </w:num>
  <w:num w:numId="7" w16cid:durableId="1196385344">
    <w:abstractNumId w:val="2"/>
  </w:num>
  <w:num w:numId="8" w16cid:durableId="1367173667">
    <w:abstractNumId w:val="1"/>
  </w:num>
  <w:num w:numId="9" w16cid:durableId="283000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forms" w:enforcement="1" w:cryptProviderType="rsaAES" w:cryptAlgorithmClass="hash" w:cryptAlgorithmType="typeAny" w:cryptAlgorithmSid="14" w:cryptSpinCount="100000" w:hash="MpOs5koyuLVrLkyrguXf7yO1dZm2MvbEj7Ch5v22TbrlYo9UPBRvRs1hih6tHgYrjfeQHcQ5lKyTBY5DeHpDeA==" w:salt="jfrtMaLP48KYX6Nc6RUtN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074CD"/>
    <w:rsid w:val="006E46FF"/>
    <w:rsid w:val="00741819"/>
    <w:rsid w:val="00A7509B"/>
    <w:rsid w:val="00AA1D8D"/>
    <w:rsid w:val="00B47730"/>
    <w:rsid w:val="00B522C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7FFE2B"/>
  <w14:defaultImageDpi w14:val="300"/>
  <w15:docId w15:val="{C7A17E9E-CD6D-4566-97C6-A8D783AC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A7509B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A7509B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5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rowing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59787-5017-4731-B99E-B5AB97FE07BE}"/>
      </w:docPartPr>
      <w:docPartBody>
        <w:p w:rsidR="00C02AF2" w:rsidRDefault="00A52267">
          <w:r w:rsidRPr="00BA038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67"/>
    <w:rsid w:val="006E46FF"/>
    <w:rsid w:val="00A52267"/>
    <w:rsid w:val="00C0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52267"/>
    <w:rPr>
      <w:color w:val="666666"/>
    </w:rPr>
  </w:style>
  <w:style w:type="paragraph" w:customStyle="1" w:styleId="9554F8F280524CA7BDA6CF3F2BA843F0">
    <w:name w:val="9554F8F280524CA7BDA6CF3F2BA843F0"/>
    <w:rsid w:val="00A522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Inglin Stefan</cp:lastModifiedBy>
  <cp:revision>3</cp:revision>
  <dcterms:created xsi:type="dcterms:W3CDTF">2026-09-24T11:38:00Z</dcterms:created>
  <dcterms:modified xsi:type="dcterms:W3CDTF">2026-09-24T11:39:00Z</dcterms:modified>
  <cp:category/>
</cp:coreProperties>
</file>