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8859A" w14:textId="19096941" w:rsidR="008F153C" w:rsidRPr="008F153C" w:rsidRDefault="00B522C3" w:rsidP="008F153C">
      <w:pPr>
        <w:jc w:val="center"/>
        <w:rPr>
          <w:rFonts w:ascii="Aptos" w:hAnsi="Aptos"/>
          <w:b/>
          <w:sz w:val="26"/>
          <w:lang w:val="fr-CH"/>
        </w:rPr>
      </w:pPr>
      <w:r w:rsidRPr="008F153C">
        <w:rPr>
          <w:rFonts w:ascii="Aptos" w:hAnsi="Aptos"/>
          <w:b/>
          <w:sz w:val="36"/>
          <w:lang w:val="fr-CH"/>
        </w:rPr>
        <w:t>NOMINATION</w:t>
      </w:r>
    </w:p>
    <w:p w14:paraId="6003A63B" w14:textId="0F700CCA" w:rsidR="00741819" w:rsidRPr="008F153C" w:rsidRDefault="008F153C" w:rsidP="008F153C">
      <w:pPr>
        <w:jc w:val="center"/>
        <w:rPr>
          <w:rFonts w:ascii="Aptos" w:hAnsi="Aptos"/>
          <w:lang w:val="fr-CH"/>
        </w:rPr>
      </w:pPr>
      <w:r w:rsidRPr="008F153C">
        <w:rPr>
          <w:rFonts w:ascii="Aptos" w:hAnsi="Aptos"/>
          <w:b/>
          <w:sz w:val="26"/>
          <w:lang w:val="fr-CH"/>
        </w:rPr>
        <w:t>« Entraîneur d'aviron de l'année » et « Entraîneur bénévole d'aviron de l'année »</w:t>
      </w:r>
    </w:p>
    <w:p w14:paraId="1C5BA78E" w14:textId="77777777" w:rsidR="00741819" w:rsidRPr="008F153C" w:rsidRDefault="00741819">
      <w:pPr>
        <w:rPr>
          <w:rFonts w:ascii="Aptos" w:hAnsi="Aptos"/>
          <w:lang w:val="fr-CH"/>
        </w:rPr>
      </w:pPr>
    </w:p>
    <w:p w14:paraId="0337BEDE" w14:textId="0F865CEA" w:rsidR="00741819" w:rsidRPr="00A7509B" w:rsidRDefault="00B522C3">
      <w:pPr>
        <w:rPr>
          <w:rFonts w:ascii="Aptos" w:hAnsi="Aptos"/>
        </w:rPr>
      </w:pPr>
      <w:r w:rsidRPr="00A7509B">
        <w:rPr>
          <w:rFonts w:ascii="Aptos" w:hAnsi="Aptos"/>
          <w:b/>
          <w:sz w:val="24"/>
        </w:rPr>
        <w:t xml:space="preserve">1. </w:t>
      </w:r>
      <w:proofErr w:type="spellStart"/>
      <w:r w:rsidR="008F153C" w:rsidRPr="008F153C">
        <w:rPr>
          <w:rFonts w:ascii="Aptos" w:hAnsi="Aptos"/>
          <w:b/>
          <w:sz w:val="24"/>
        </w:rPr>
        <w:t>Catégorie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31"/>
        <w:gridCol w:w="4986"/>
      </w:tblGrid>
      <w:tr w:rsidR="00741819" w:rsidRPr="00A7509B" w14:paraId="42DBC406" w14:textId="77777777" w:rsidTr="00A7509B">
        <w:trPr>
          <w:jc w:val="center"/>
        </w:trPr>
        <w:sdt>
          <w:sdtPr>
            <w:rPr>
              <w:rFonts w:ascii="Aptos" w:hAnsi="Aptos"/>
              <w:sz w:val="22"/>
            </w:rPr>
            <w:id w:val="1459289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31" w:type="dxa"/>
                <w:vAlign w:val="center"/>
              </w:tcPr>
              <w:p w14:paraId="0CA1FAAE" w14:textId="77ABC153" w:rsidR="00741819" w:rsidRPr="00A7509B" w:rsidRDefault="00A7509B" w:rsidP="00A7509B">
                <w:pPr>
                  <w:ind w:left="746"/>
                  <w:rPr>
                    <w:rFonts w:ascii="Aptos" w:hAnsi="Aptos"/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4986" w:type="dxa"/>
            <w:vAlign w:val="center"/>
          </w:tcPr>
          <w:p w14:paraId="3D1AA940" w14:textId="37388C6D" w:rsidR="00741819" w:rsidRPr="00A7509B" w:rsidRDefault="008F153C">
            <w:pPr>
              <w:rPr>
                <w:rFonts w:ascii="Aptos" w:hAnsi="Aptos"/>
                <w:b/>
                <w:bCs/>
                <w:sz w:val="22"/>
              </w:rPr>
            </w:pPr>
            <w:proofErr w:type="spellStart"/>
            <w:r w:rsidRPr="008F153C">
              <w:rPr>
                <w:rFonts w:ascii="Aptos" w:hAnsi="Aptos"/>
                <w:b/>
                <w:bCs/>
                <w:sz w:val="22"/>
              </w:rPr>
              <w:t>Entraîneur</w:t>
            </w:r>
            <w:proofErr w:type="spellEnd"/>
            <w:r w:rsidRPr="008F153C">
              <w:rPr>
                <w:rFonts w:ascii="Aptos" w:hAnsi="Aptos"/>
                <w:b/>
                <w:bCs/>
                <w:sz w:val="22"/>
              </w:rPr>
              <w:t xml:space="preserve"> </w:t>
            </w:r>
            <w:proofErr w:type="spellStart"/>
            <w:r w:rsidRPr="008F153C">
              <w:rPr>
                <w:rFonts w:ascii="Aptos" w:hAnsi="Aptos"/>
                <w:b/>
                <w:bCs/>
                <w:sz w:val="22"/>
              </w:rPr>
              <w:t>d'aviron</w:t>
            </w:r>
            <w:proofErr w:type="spellEnd"/>
            <w:r w:rsidRPr="008F153C">
              <w:rPr>
                <w:rFonts w:ascii="Aptos" w:hAnsi="Aptos"/>
                <w:b/>
                <w:bCs/>
                <w:sz w:val="22"/>
              </w:rPr>
              <w:t xml:space="preserve"> de </w:t>
            </w:r>
            <w:proofErr w:type="spellStart"/>
            <w:r w:rsidRPr="008F153C">
              <w:rPr>
                <w:rFonts w:ascii="Aptos" w:hAnsi="Aptos"/>
                <w:b/>
                <w:bCs/>
                <w:sz w:val="22"/>
              </w:rPr>
              <w:t>l'année</w:t>
            </w:r>
            <w:proofErr w:type="spellEnd"/>
          </w:p>
        </w:tc>
      </w:tr>
      <w:tr w:rsidR="00741819" w:rsidRPr="008F153C" w14:paraId="5813EF72" w14:textId="77777777" w:rsidTr="00A7509B">
        <w:trPr>
          <w:jc w:val="center"/>
        </w:trPr>
        <w:tc>
          <w:tcPr>
            <w:tcW w:w="1831" w:type="dxa"/>
            <w:vAlign w:val="center"/>
          </w:tcPr>
          <w:p w14:paraId="03FBE530" w14:textId="57774DC7" w:rsidR="00741819" w:rsidRPr="00A7509B" w:rsidRDefault="00177F42" w:rsidP="00A7509B">
            <w:pPr>
              <w:ind w:left="746"/>
              <w:rPr>
                <w:rFonts w:ascii="Aptos" w:hAnsi="Aptos"/>
                <w:sz w:val="22"/>
              </w:rPr>
            </w:pPr>
            <w:sdt>
              <w:sdtPr>
                <w:rPr>
                  <w:rFonts w:ascii="Aptos" w:hAnsi="Aptos"/>
                  <w:sz w:val="22"/>
                </w:rPr>
                <w:id w:val="-1695840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53C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4986" w:type="dxa"/>
            <w:vAlign w:val="center"/>
          </w:tcPr>
          <w:p w14:paraId="71940F18" w14:textId="5DBF97C9" w:rsidR="00741819" w:rsidRPr="008F153C" w:rsidRDefault="008F153C">
            <w:pPr>
              <w:rPr>
                <w:rFonts w:ascii="Aptos" w:hAnsi="Aptos"/>
                <w:b/>
                <w:bCs/>
                <w:sz w:val="22"/>
                <w:lang w:val="fr-CH"/>
              </w:rPr>
            </w:pPr>
            <w:r w:rsidRPr="008F153C">
              <w:rPr>
                <w:rFonts w:ascii="Aptos" w:hAnsi="Aptos"/>
                <w:b/>
                <w:bCs/>
                <w:sz w:val="22"/>
                <w:lang w:val="fr-CH"/>
              </w:rPr>
              <w:t>Entraîneur bénévole d'aviron de l'année</w:t>
            </w:r>
          </w:p>
        </w:tc>
      </w:tr>
    </w:tbl>
    <w:p w14:paraId="1AF0D698" w14:textId="7F99E5F6" w:rsidR="00741819" w:rsidRPr="00A7509B" w:rsidRDefault="00B522C3">
      <w:pPr>
        <w:rPr>
          <w:rFonts w:ascii="Aptos" w:hAnsi="Aptos"/>
        </w:rPr>
      </w:pPr>
      <w:r w:rsidRPr="00A7509B">
        <w:rPr>
          <w:rFonts w:ascii="Aptos" w:hAnsi="Aptos"/>
          <w:b/>
          <w:sz w:val="24"/>
        </w:rPr>
        <w:t xml:space="preserve">2. </w:t>
      </w:r>
      <w:r w:rsidR="008F153C" w:rsidRPr="008F153C">
        <w:rPr>
          <w:rFonts w:ascii="Aptos" w:hAnsi="Aptos"/>
          <w:b/>
          <w:sz w:val="24"/>
        </w:rPr>
        <w:t>Informations sur la personne nominée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41819" w:rsidRPr="002F5E1C" w14:paraId="35E9D569" w14:textId="77777777">
        <w:trPr>
          <w:jc w:val="center"/>
        </w:trPr>
        <w:tc>
          <w:tcPr>
            <w:tcW w:w="4986" w:type="dxa"/>
            <w:vAlign w:val="center"/>
          </w:tcPr>
          <w:p w14:paraId="2465340D" w14:textId="27E64C73" w:rsidR="00741819" w:rsidRPr="00A7509B" w:rsidRDefault="008F153C">
            <w:pPr>
              <w:rPr>
                <w:rFonts w:ascii="Aptos" w:hAnsi="Aptos"/>
                <w:sz w:val="22"/>
              </w:rPr>
            </w:pPr>
            <w:r w:rsidRPr="008F153C">
              <w:rPr>
                <w:rFonts w:ascii="Aptos" w:hAnsi="Aptos"/>
                <w:sz w:val="22"/>
              </w:rPr>
              <w:t>Nom / Prénom</w:t>
            </w:r>
          </w:p>
        </w:tc>
        <w:tc>
          <w:tcPr>
            <w:tcW w:w="4986" w:type="dxa"/>
          </w:tcPr>
          <w:p w14:paraId="598A9E5A" w14:textId="0DCE57CF" w:rsidR="00741819" w:rsidRPr="00A7509B" w:rsidRDefault="00177F42">
            <w:pPr>
              <w:rPr>
                <w:rFonts w:ascii="Aptos" w:hAnsi="Aptos"/>
                <w:lang w:val="de-CH"/>
              </w:rPr>
            </w:pPr>
            <w:sdt>
              <w:sdtPr>
                <w:rPr>
                  <w:rFonts w:ascii="Aptos" w:hAnsi="Aptos"/>
                </w:rPr>
                <w:id w:val="77013537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7509B" w:rsidRPr="00A7509B">
                  <w:rPr>
                    <w:rStyle w:val="Platzhaltertext"/>
                    <w:rFonts w:ascii="Aptos" w:hAnsi="Aptos"/>
                    <w:lang w:val="de-CH"/>
                  </w:rPr>
                  <w:t>Klicken oder tippen Sie hier, um Text einzugeben.</w:t>
                </w:r>
              </w:sdtContent>
            </w:sdt>
            <w:r w:rsidR="00B522C3" w:rsidRPr="00A7509B">
              <w:rPr>
                <w:rFonts w:ascii="Aptos" w:hAnsi="Aptos"/>
                <w:lang w:val="de-CH"/>
              </w:rPr>
              <w:br/>
              <w:t>______________________________</w:t>
            </w:r>
          </w:p>
        </w:tc>
      </w:tr>
      <w:tr w:rsidR="00741819" w:rsidRPr="002F5E1C" w14:paraId="16EBF599" w14:textId="77777777">
        <w:trPr>
          <w:jc w:val="center"/>
        </w:trPr>
        <w:tc>
          <w:tcPr>
            <w:tcW w:w="4986" w:type="dxa"/>
            <w:vAlign w:val="center"/>
          </w:tcPr>
          <w:p w14:paraId="66ACFA81" w14:textId="77777777" w:rsidR="00741819" w:rsidRPr="00A7509B" w:rsidRDefault="00B522C3">
            <w:pPr>
              <w:rPr>
                <w:rFonts w:ascii="Aptos" w:hAnsi="Aptos"/>
                <w:sz w:val="22"/>
              </w:rPr>
            </w:pPr>
            <w:r w:rsidRPr="00A7509B">
              <w:rPr>
                <w:rFonts w:ascii="Aptos" w:hAnsi="Aptos"/>
                <w:sz w:val="22"/>
              </w:rPr>
              <w:t>Club</w:t>
            </w:r>
          </w:p>
        </w:tc>
        <w:tc>
          <w:tcPr>
            <w:tcW w:w="4986" w:type="dxa"/>
          </w:tcPr>
          <w:p w14:paraId="15130D25" w14:textId="5D0023D1" w:rsidR="00741819" w:rsidRPr="00A7509B" w:rsidRDefault="00177F42">
            <w:pPr>
              <w:rPr>
                <w:rFonts w:ascii="Aptos" w:hAnsi="Aptos"/>
                <w:lang w:val="de-CH"/>
              </w:rPr>
            </w:pPr>
            <w:sdt>
              <w:sdtPr>
                <w:rPr>
                  <w:rFonts w:ascii="Aptos" w:hAnsi="Aptos"/>
                </w:rPr>
                <w:id w:val="-133275573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A7509B" w:rsidRPr="00A7509B">
                  <w:rPr>
                    <w:rStyle w:val="Platzhaltertext"/>
                    <w:rFonts w:ascii="Aptos" w:hAnsi="Aptos"/>
                    <w:lang w:val="de-CH"/>
                  </w:rPr>
                  <w:t>Klicken oder tippen Sie hier, um Text einzugeben.</w:t>
                </w:r>
              </w:sdtContent>
            </w:sdt>
            <w:r w:rsidR="00B522C3" w:rsidRPr="00A7509B">
              <w:rPr>
                <w:rFonts w:ascii="Aptos" w:hAnsi="Aptos"/>
                <w:lang w:val="de-CH"/>
              </w:rPr>
              <w:br/>
              <w:t>______________________________</w:t>
            </w:r>
          </w:p>
        </w:tc>
      </w:tr>
    </w:tbl>
    <w:p w14:paraId="24C5C73F" w14:textId="26FA9A8E" w:rsidR="00741819" w:rsidRPr="00A7509B" w:rsidRDefault="00B522C3">
      <w:pPr>
        <w:rPr>
          <w:rFonts w:ascii="Aptos" w:hAnsi="Aptos"/>
          <w:lang w:val="de-CH"/>
        </w:rPr>
      </w:pPr>
      <w:r w:rsidRPr="00A7509B">
        <w:rPr>
          <w:rFonts w:ascii="Aptos" w:hAnsi="Aptos"/>
          <w:b/>
          <w:sz w:val="24"/>
          <w:lang w:val="de-CH"/>
        </w:rPr>
        <w:t xml:space="preserve">3. </w:t>
      </w:r>
      <w:r w:rsidR="008F153C" w:rsidRPr="008F153C">
        <w:rPr>
          <w:rFonts w:ascii="Aptos" w:hAnsi="Aptos"/>
          <w:b/>
          <w:sz w:val="24"/>
          <w:lang w:val="de-CH"/>
        </w:rPr>
        <w:t>Fondement de la nomination</w:t>
      </w:r>
    </w:p>
    <w:p w14:paraId="1BABA6AE" w14:textId="50937BAF" w:rsidR="00741819" w:rsidRPr="008F153C" w:rsidRDefault="00B522C3">
      <w:pPr>
        <w:spacing w:before="120" w:after="60"/>
        <w:rPr>
          <w:rFonts w:ascii="Aptos" w:hAnsi="Aptos"/>
          <w:sz w:val="22"/>
          <w:lang w:val="fr-CH"/>
        </w:rPr>
      </w:pPr>
      <w:r w:rsidRPr="008F153C">
        <w:rPr>
          <w:rFonts w:ascii="Aptos" w:hAnsi="Aptos"/>
          <w:b/>
          <w:sz w:val="22"/>
          <w:lang w:val="fr-CH"/>
        </w:rPr>
        <w:t xml:space="preserve">1) </w:t>
      </w:r>
      <w:r w:rsidR="008F153C" w:rsidRPr="008F153C">
        <w:rPr>
          <w:rFonts w:ascii="Aptos" w:hAnsi="Aptos"/>
          <w:b/>
          <w:sz w:val="22"/>
          <w:lang w:val="fr-CH"/>
        </w:rPr>
        <w:t>Performances sportives exceptionnelles de l'équipe et/ou de certains athlètes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741819" w:rsidRPr="002F5E1C" w14:paraId="06BAF833" w14:textId="77777777">
        <w:trPr>
          <w:jc w:val="center"/>
        </w:trPr>
        <w:sdt>
          <w:sdtPr>
            <w:rPr>
              <w:rFonts w:ascii="Aptos" w:hAnsi="Aptos"/>
              <w:sz w:val="22"/>
              <w:lang w:val="de-CH"/>
            </w:rPr>
            <w:id w:val="1208927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97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</w:tcPr>
              <w:p w14:paraId="23261331" w14:textId="4D3BDCC0" w:rsidR="00741819" w:rsidRPr="00A7509B" w:rsidRDefault="00A7509B">
                <w:pPr>
                  <w:rPr>
                    <w:rFonts w:ascii="Aptos" w:hAnsi="Aptos"/>
                    <w:sz w:val="22"/>
                    <w:lang w:val="de-CH"/>
                  </w:rPr>
                </w:pPr>
                <w:r w:rsidRPr="00A7509B">
                  <w:rPr>
                    <w:rStyle w:val="Platzhaltertext"/>
                    <w:rFonts w:ascii="Aptos" w:hAnsi="Aptos"/>
                    <w:sz w:val="22"/>
                    <w:lang w:val="de-CH"/>
                  </w:rPr>
                  <w:t>Klicken oder tippen Sie hier, um Text einzugeben.</w:t>
                </w:r>
              </w:p>
            </w:tc>
          </w:sdtContent>
        </w:sdt>
      </w:tr>
    </w:tbl>
    <w:p w14:paraId="4DD0753F" w14:textId="36844E57" w:rsidR="00741819" w:rsidRPr="008F153C" w:rsidRDefault="00B522C3">
      <w:pPr>
        <w:spacing w:before="120" w:after="60"/>
        <w:rPr>
          <w:rFonts w:ascii="Aptos" w:hAnsi="Aptos"/>
          <w:sz w:val="22"/>
          <w:lang w:val="fr-CH"/>
        </w:rPr>
      </w:pPr>
      <w:r w:rsidRPr="008F153C">
        <w:rPr>
          <w:rFonts w:ascii="Aptos" w:hAnsi="Aptos"/>
          <w:b/>
          <w:sz w:val="22"/>
          <w:lang w:val="fr-CH"/>
        </w:rPr>
        <w:t xml:space="preserve">2) </w:t>
      </w:r>
      <w:r w:rsidR="008F153C" w:rsidRPr="008F153C">
        <w:rPr>
          <w:rFonts w:ascii="Aptos" w:hAnsi="Aptos"/>
          <w:b/>
          <w:sz w:val="22"/>
          <w:lang w:val="fr-CH"/>
        </w:rPr>
        <w:t>Développement / mise en place d'un groupe d'entraînement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741819" w:rsidRPr="002F5E1C" w14:paraId="0E2D2F02" w14:textId="77777777">
        <w:trPr>
          <w:jc w:val="center"/>
        </w:trPr>
        <w:sdt>
          <w:sdtPr>
            <w:rPr>
              <w:rFonts w:ascii="Aptos" w:hAnsi="Aptos"/>
              <w:sz w:val="22"/>
            </w:rPr>
            <w:id w:val="20609699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97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</w:tcPr>
              <w:p w14:paraId="512EDEFB" w14:textId="62BAAD52" w:rsidR="00741819" w:rsidRPr="00A7509B" w:rsidRDefault="00A7509B">
                <w:pPr>
                  <w:rPr>
                    <w:rFonts w:ascii="Aptos" w:hAnsi="Aptos"/>
                    <w:sz w:val="22"/>
                    <w:lang w:val="de-CH"/>
                  </w:rPr>
                </w:pPr>
                <w:r w:rsidRPr="00A7509B">
                  <w:rPr>
                    <w:rStyle w:val="Platzhaltertext"/>
                    <w:rFonts w:ascii="Aptos" w:hAnsi="Aptos"/>
                    <w:sz w:val="22"/>
                    <w:lang w:val="de-CH"/>
                  </w:rPr>
                  <w:t>Klicken oder tippen Sie hier, um Text einzugeben.</w:t>
                </w:r>
              </w:p>
            </w:tc>
          </w:sdtContent>
        </w:sdt>
      </w:tr>
    </w:tbl>
    <w:p w14:paraId="767121CF" w14:textId="4E55A09D" w:rsidR="00741819" w:rsidRPr="008F153C" w:rsidRDefault="00B522C3">
      <w:pPr>
        <w:spacing w:before="120" w:after="60"/>
        <w:rPr>
          <w:rFonts w:ascii="Aptos" w:hAnsi="Aptos"/>
          <w:sz w:val="22"/>
          <w:lang w:val="fr-CH"/>
        </w:rPr>
      </w:pPr>
      <w:r w:rsidRPr="008F153C">
        <w:rPr>
          <w:rFonts w:ascii="Aptos" w:hAnsi="Aptos"/>
          <w:b/>
          <w:sz w:val="22"/>
          <w:lang w:val="fr-CH"/>
        </w:rPr>
        <w:t xml:space="preserve">3) </w:t>
      </w:r>
      <w:r w:rsidR="008F153C" w:rsidRPr="008F153C">
        <w:rPr>
          <w:rFonts w:ascii="Aptos" w:hAnsi="Aptos"/>
          <w:b/>
          <w:sz w:val="22"/>
          <w:lang w:val="fr-CH"/>
        </w:rPr>
        <w:t>Lancement et mise en œuvre de projets de club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741819" w:rsidRPr="002F5E1C" w14:paraId="2738AD75" w14:textId="77777777">
        <w:trPr>
          <w:jc w:val="center"/>
        </w:trPr>
        <w:sdt>
          <w:sdtPr>
            <w:rPr>
              <w:rFonts w:ascii="Aptos" w:hAnsi="Aptos"/>
              <w:sz w:val="22"/>
            </w:rPr>
            <w:id w:val="12675644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97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</w:tcPr>
              <w:p w14:paraId="6D2B0A57" w14:textId="24C7205A" w:rsidR="00741819" w:rsidRPr="00A7509B" w:rsidRDefault="00A7509B">
                <w:pPr>
                  <w:rPr>
                    <w:rFonts w:ascii="Aptos" w:hAnsi="Aptos"/>
                    <w:sz w:val="22"/>
                    <w:lang w:val="de-CH"/>
                  </w:rPr>
                </w:pPr>
                <w:r w:rsidRPr="00A7509B">
                  <w:rPr>
                    <w:rStyle w:val="Platzhaltertext"/>
                    <w:rFonts w:ascii="Aptos" w:hAnsi="Aptos"/>
                    <w:sz w:val="22"/>
                    <w:lang w:val="de-CH"/>
                  </w:rPr>
                  <w:t>Klicken oder tippen Sie hier, um Text einzugeben.</w:t>
                </w:r>
              </w:p>
            </w:tc>
          </w:sdtContent>
        </w:sdt>
      </w:tr>
    </w:tbl>
    <w:p w14:paraId="4463331A" w14:textId="4F0BB56F" w:rsidR="00741819" w:rsidRPr="008F153C" w:rsidRDefault="00B522C3">
      <w:pPr>
        <w:spacing w:before="120" w:after="60"/>
        <w:rPr>
          <w:rFonts w:ascii="Aptos" w:hAnsi="Aptos"/>
          <w:sz w:val="22"/>
          <w:lang w:val="fr-CH"/>
        </w:rPr>
      </w:pPr>
      <w:r w:rsidRPr="008F153C">
        <w:rPr>
          <w:rFonts w:ascii="Aptos" w:hAnsi="Aptos"/>
          <w:b/>
          <w:sz w:val="22"/>
          <w:lang w:val="fr-CH"/>
        </w:rPr>
        <w:t xml:space="preserve">4) </w:t>
      </w:r>
      <w:r w:rsidR="008F153C" w:rsidRPr="008F153C">
        <w:rPr>
          <w:rFonts w:ascii="Aptos" w:hAnsi="Aptos"/>
          <w:b/>
          <w:sz w:val="22"/>
          <w:lang w:val="fr-CH"/>
        </w:rPr>
        <w:t>Autres arguments en faveur de cette nomination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741819" w:rsidRPr="002F5E1C" w14:paraId="66F49CFE" w14:textId="77777777">
        <w:trPr>
          <w:jc w:val="center"/>
        </w:trPr>
        <w:sdt>
          <w:sdtPr>
            <w:rPr>
              <w:rFonts w:ascii="Aptos" w:hAnsi="Aptos"/>
            </w:rPr>
            <w:id w:val="20969726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97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</w:tcPr>
              <w:p w14:paraId="2CAC3EDE" w14:textId="5F45F53A" w:rsidR="00741819" w:rsidRPr="00A7509B" w:rsidRDefault="00A7509B">
                <w:pPr>
                  <w:rPr>
                    <w:rFonts w:ascii="Aptos" w:hAnsi="Aptos"/>
                    <w:lang w:val="de-CH"/>
                  </w:rPr>
                </w:pPr>
                <w:r w:rsidRPr="00A7509B">
                  <w:rPr>
                    <w:rStyle w:val="Platzhaltertext"/>
                    <w:rFonts w:ascii="Aptos" w:hAnsi="Aptos"/>
                    <w:lang w:val="de-CH"/>
                  </w:rPr>
                  <w:t>Klicken oder tippen Sie hier, um Text einzugeben.</w:t>
                </w:r>
              </w:p>
            </w:tc>
          </w:sdtContent>
        </w:sdt>
      </w:tr>
    </w:tbl>
    <w:p w14:paraId="5137AE04" w14:textId="77777777" w:rsidR="00741819" w:rsidRPr="00A7509B" w:rsidRDefault="00741819">
      <w:pPr>
        <w:rPr>
          <w:rFonts w:ascii="Aptos" w:hAnsi="Aptos"/>
          <w:lang w:val="de-CH"/>
        </w:rPr>
      </w:pPr>
    </w:p>
    <w:p w14:paraId="601B9EF3" w14:textId="23045736" w:rsidR="00741819" w:rsidRPr="00A7509B" w:rsidRDefault="00B522C3">
      <w:pPr>
        <w:rPr>
          <w:rFonts w:ascii="Aptos" w:hAnsi="Aptos"/>
          <w:lang w:val="de-CH"/>
        </w:rPr>
      </w:pPr>
      <w:r w:rsidRPr="00A7509B">
        <w:rPr>
          <w:rFonts w:ascii="Aptos" w:hAnsi="Aptos"/>
          <w:b/>
          <w:sz w:val="24"/>
          <w:lang w:val="de-CH"/>
        </w:rPr>
        <w:t xml:space="preserve">4. </w:t>
      </w:r>
      <w:r w:rsidR="008F153C" w:rsidRPr="008F153C">
        <w:rPr>
          <w:rFonts w:ascii="Aptos" w:hAnsi="Aptos"/>
          <w:b/>
          <w:sz w:val="24"/>
          <w:lang w:val="de-CH"/>
        </w:rPr>
        <w:t>Souscription</w:t>
      </w:r>
    </w:p>
    <w:p w14:paraId="1EADC5C4" w14:textId="16364459" w:rsidR="00741819" w:rsidRPr="008F153C" w:rsidRDefault="008F153C">
      <w:pPr>
        <w:rPr>
          <w:rFonts w:ascii="Aptos" w:hAnsi="Aptos"/>
          <w:sz w:val="22"/>
          <w:lang w:val="fr-CH"/>
        </w:rPr>
      </w:pPr>
      <w:r w:rsidRPr="008F153C">
        <w:rPr>
          <w:rFonts w:ascii="Aptos" w:hAnsi="Aptos"/>
          <w:sz w:val="22"/>
          <w:lang w:val="fr-CH"/>
        </w:rPr>
        <w:t xml:space="preserve">Merci d'envoyer ce formulaire par e-mail à </w:t>
      </w:r>
      <w:hyperlink r:id="rId8" w:history="1">
        <w:r w:rsidRPr="005F6AC4">
          <w:rPr>
            <w:rStyle w:val="Hyperlink"/>
            <w:rFonts w:ascii="Aptos" w:hAnsi="Aptos"/>
            <w:sz w:val="22"/>
            <w:lang w:val="fr-CH"/>
          </w:rPr>
          <w:t>info@swissrowing.ch</w:t>
        </w:r>
      </w:hyperlink>
      <w:r>
        <w:rPr>
          <w:rFonts w:ascii="Aptos" w:hAnsi="Aptos"/>
          <w:sz w:val="22"/>
          <w:lang w:val="fr-CH"/>
        </w:rPr>
        <w:t xml:space="preserve"> </w:t>
      </w:r>
      <w:r w:rsidRPr="008F153C">
        <w:rPr>
          <w:rFonts w:ascii="Aptos" w:hAnsi="Aptos"/>
          <w:sz w:val="22"/>
          <w:lang w:val="fr-CH"/>
        </w:rPr>
        <w:t>. Au plus tard le 23 octobre 2026</w:t>
      </w:r>
    </w:p>
    <w:sectPr w:rsidR="00741819" w:rsidRPr="008F153C" w:rsidSect="00034616">
      <w:head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16201" w14:textId="77777777" w:rsidR="00177F42" w:rsidRDefault="00177F42" w:rsidP="00A7509B">
      <w:pPr>
        <w:spacing w:after="0" w:line="240" w:lineRule="auto"/>
      </w:pPr>
      <w:r>
        <w:separator/>
      </w:r>
    </w:p>
  </w:endnote>
  <w:endnote w:type="continuationSeparator" w:id="0">
    <w:p w14:paraId="0996C143" w14:textId="77777777" w:rsidR="00177F42" w:rsidRDefault="00177F42" w:rsidP="00A75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D889A" w14:textId="77777777" w:rsidR="00177F42" w:rsidRDefault="00177F42" w:rsidP="00A7509B">
      <w:pPr>
        <w:spacing w:after="0" w:line="240" w:lineRule="auto"/>
      </w:pPr>
      <w:r>
        <w:separator/>
      </w:r>
    </w:p>
  </w:footnote>
  <w:footnote w:type="continuationSeparator" w:id="0">
    <w:p w14:paraId="2C9B3223" w14:textId="77777777" w:rsidR="00177F42" w:rsidRDefault="00177F42" w:rsidP="00A75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A6CEC" w14:textId="4F9E0CB4" w:rsidR="00A7509B" w:rsidRDefault="00A7509B" w:rsidP="00A7509B">
    <w:pPr>
      <w:pStyle w:val="Kopfzeile"/>
      <w:jc w:val="center"/>
    </w:pPr>
    <w:r>
      <w:rPr>
        <w:noProof/>
      </w:rPr>
      <w:drawing>
        <wp:inline distT="0" distB="0" distL="0" distR="0" wp14:anchorId="7794B780" wp14:editId="2184750B">
          <wp:extent cx="762000" cy="852055"/>
          <wp:effectExtent l="0" t="0" r="0" b="571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507" cy="859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196FAA" w14:textId="77777777" w:rsidR="00A7509B" w:rsidRDefault="00A7509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5572708">
    <w:abstractNumId w:val="8"/>
  </w:num>
  <w:num w:numId="2" w16cid:durableId="1340541284">
    <w:abstractNumId w:val="6"/>
  </w:num>
  <w:num w:numId="3" w16cid:durableId="354038395">
    <w:abstractNumId w:val="5"/>
  </w:num>
  <w:num w:numId="4" w16cid:durableId="1003511998">
    <w:abstractNumId w:val="4"/>
  </w:num>
  <w:num w:numId="5" w16cid:durableId="848832704">
    <w:abstractNumId w:val="7"/>
  </w:num>
  <w:num w:numId="6" w16cid:durableId="1285497411">
    <w:abstractNumId w:val="3"/>
  </w:num>
  <w:num w:numId="7" w16cid:durableId="1196385344">
    <w:abstractNumId w:val="2"/>
  </w:num>
  <w:num w:numId="8" w16cid:durableId="1367173667">
    <w:abstractNumId w:val="1"/>
  </w:num>
  <w:num w:numId="9" w16cid:durableId="283000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G4+/SI+4QZo7B5bxZxGf9bAnawn2kez04Cr8uLrZld2obJneTL/A2D2XQqdMKwazV3Xuv7O2ZDOG7KYJRNMwkw==" w:salt="Q/ILKafgtXjhbfTR4MMhg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7F42"/>
    <w:rsid w:val="0029639D"/>
    <w:rsid w:val="002F5E1C"/>
    <w:rsid w:val="00326F90"/>
    <w:rsid w:val="0048253A"/>
    <w:rsid w:val="006074CD"/>
    <w:rsid w:val="006E46FF"/>
    <w:rsid w:val="00741819"/>
    <w:rsid w:val="008F153C"/>
    <w:rsid w:val="00A7509B"/>
    <w:rsid w:val="00AA1D8D"/>
    <w:rsid w:val="00B47730"/>
    <w:rsid w:val="00B522C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77FFE2B"/>
  <w14:defaultImageDpi w14:val="300"/>
  <w15:docId w15:val="{C7A17E9E-CD6D-4566-97C6-A8D783ACB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A7509B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A7509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5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wissrowing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F59787-5017-4731-B99E-B5AB97FE07BE}"/>
      </w:docPartPr>
      <w:docPartBody>
        <w:p w:rsidR="00C02AF2" w:rsidRDefault="00A52267">
          <w:r w:rsidRPr="00BA038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67"/>
    <w:rsid w:val="0048253A"/>
    <w:rsid w:val="006E46FF"/>
    <w:rsid w:val="00977281"/>
    <w:rsid w:val="00A52267"/>
    <w:rsid w:val="00C0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5226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Inglin Stefan</cp:lastModifiedBy>
  <cp:revision>3</cp:revision>
  <dcterms:created xsi:type="dcterms:W3CDTF">2026-09-25T09:24:00Z</dcterms:created>
  <dcterms:modified xsi:type="dcterms:W3CDTF">2026-09-25T09:30:00Z</dcterms:modified>
  <cp:category/>
</cp:coreProperties>
</file>